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8D1258" w14:textId="1BA77E00" w:rsidR="000C1567" w:rsidRPr="003572A6" w:rsidRDefault="00CE66BB">
      <w:pPr>
        <w:pStyle w:val="Title"/>
        <w:rPr>
          <w:rFonts w:ascii="Poppins" w:hAnsi="Poppins" w:cs="Poppins"/>
          <w:sz w:val="44"/>
          <w:szCs w:val="44"/>
        </w:rPr>
      </w:pPr>
      <w:r w:rsidRPr="003572A6">
        <w:rPr>
          <w:rFonts w:ascii="Poppins" w:hAnsi="Poppins" w:cs="Poppins"/>
          <w:sz w:val="44"/>
          <w:szCs w:val="44"/>
        </w:rPr>
        <w:t>Job Role</w:t>
      </w:r>
      <w:r w:rsidR="00E34447" w:rsidRPr="003572A6">
        <w:rPr>
          <w:rFonts w:ascii="Poppins" w:hAnsi="Poppins" w:cs="Poppins"/>
          <w:sz w:val="44"/>
          <w:szCs w:val="44"/>
        </w:rPr>
        <w:t xml:space="preserve"> Application Form</w:t>
      </w:r>
    </w:p>
    <w:p w14:paraId="3A059C5A" w14:textId="77777777" w:rsidR="000C1567" w:rsidRPr="00CE66BB" w:rsidRDefault="00E34447">
      <w:pPr>
        <w:pStyle w:val="Heading1"/>
        <w:rPr>
          <w:rFonts w:ascii="Poppins" w:hAnsi="Poppins" w:cs="Poppins"/>
        </w:rPr>
      </w:pPr>
      <w:r w:rsidRPr="00CE66BB">
        <w:rPr>
          <w:rFonts w:ascii="Poppins" w:hAnsi="Poppins" w:cs="Poppins"/>
        </w:rPr>
        <w:t>Personal Details</w:t>
      </w:r>
    </w:p>
    <w:p w14:paraId="044BEF22" w14:textId="79EB0AF0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Position Applied For:</w:t>
      </w:r>
    </w:p>
    <w:p w14:paraId="57C0B25C" w14:textId="77777777" w:rsidR="00F35BB0" w:rsidRDefault="00F35BB0">
      <w:pPr>
        <w:rPr>
          <w:rFonts w:ascii="Poppins" w:hAnsi="Poppins" w:cs="Poppins"/>
        </w:rPr>
      </w:pPr>
    </w:p>
    <w:p w14:paraId="7A5A2BE8" w14:textId="07A4C906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Full Name:</w:t>
      </w:r>
    </w:p>
    <w:p w14:paraId="7CA8AFE6" w14:textId="77777777" w:rsidR="00F35BB0" w:rsidRDefault="00F35BB0">
      <w:pPr>
        <w:rPr>
          <w:rFonts w:ascii="Poppins" w:hAnsi="Poppins" w:cs="Poppins"/>
        </w:rPr>
      </w:pPr>
    </w:p>
    <w:p w14:paraId="571B8FD7" w14:textId="10C1FA36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Email Address:</w:t>
      </w:r>
    </w:p>
    <w:p w14:paraId="1A2DAAC0" w14:textId="77777777" w:rsidR="00F35BB0" w:rsidRDefault="00F35BB0">
      <w:pPr>
        <w:rPr>
          <w:rFonts w:ascii="Poppins" w:hAnsi="Poppins" w:cs="Poppins"/>
        </w:rPr>
      </w:pPr>
    </w:p>
    <w:p w14:paraId="2BB789B1" w14:textId="56D08FE8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Phone Number:</w:t>
      </w:r>
    </w:p>
    <w:p w14:paraId="4B2AFA34" w14:textId="77777777" w:rsidR="00F35BB0" w:rsidRDefault="00F35BB0">
      <w:pPr>
        <w:rPr>
          <w:rFonts w:ascii="Poppins" w:hAnsi="Poppins" w:cs="Poppins"/>
        </w:rPr>
      </w:pPr>
    </w:p>
    <w:p w14:paraId="7748090F" w14:textId="6AF16E8D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Address:</w:t>
      </w:r>
    </w:p>
    <w:p w14:paraId="1B537FFC" w14:textId="77777777" w:rsidR="00F35BB0" w:rsidRDefault="00F35BB0" w:rsidP="003217BC">
      <w:pPr>
        <w:pStyle w:val="Heading1"/>
        <w:rPr>
          <w:rFonts w:ascii="Poppins" w:hAnsi="Poppins" w:cs="Poppins"/>
        </w:rPr>
      </w:pPr>
    </w:p>
    <w:p w14:paraId="3B035E19" w14:textId="4B2D138A" w:rsidR="003217BC" w:rsidRPr="003217BC" w:rsidRDefault="00E34447" w:rsidP="003217BC">
      <w:pPr>
        <w:pStyle w:val="Heading1"/>
        <w:rPr>
          <w:rFonts w:ascii="Poppins" w:hAnsi="Poppins" w:cs="Poppins"/>
        </w:rPr>
      </w:pPr>
      <w:r w:rsidRPr="00CE66BB">
        <w:rPr>
          <w:rFonts w:ascii="Poppins" w:hAnsi="Poppins" w:cs="Poppins"/>
        </w:rPr>
        <w:t>Employment Histo</w:t>
      </w:r>
      <w:r w:rsidR="003572A6">
        <w:rPr>
          <w:rFonts w:ascii="Poppins" w:hAnsi="Poppins" w:cs="Poppins"/>
        </w:rPr>
        <w:t>r</w:t>
      </w:r>
      <w:r w:rsidRPr="00CE66BB">
        <w:rPr>
          <w:rFonts w:ascii="Poppins" w:hAnsi="Poppins" w:cs="Poppins"/>
        </w:rPr>
        <w:t>y</w:t>
      </w:r>
      <w:r w:rsidR="002D3195">
        <w:rPr>
          <w:rFonts w:ascii="Poppins" w:hAnsi="Poppins" w:cs="Poppins"/>
        </w:rPr>
        <w:t xml:space="preserve"> </w:t>
      </w:r>
    </w:p>
    <w:p w14:paraId="0073F690" w14:textId="77777777" w:rsidR="003217BC" w:rsidRDefault="003217BC">
      <w:pPr>
        <w:rPr>
          <w:rFonts w:ascii="Poppins" w:hAnsi="Poppins" w:cs="Poppins"/>
        </w:rPr>
      </w:pPr>
      <w:r>
        <w:rPr>
          <w:rFonts w:ascii="Poppins" w:hAnsi="Poppins" w:cs="Poppins"/>
        </w:rPr>
        <w:t>Please include your full employment history since leaving school, including dates.</w:t>
      </w:r>
    </w:p>
    <w:p w14:paraId="40C67C43" w14:textId="77777777" w:rsidR="00F35BB0" w:rsidRDefault="00F35BB0">
      <w:pPr>
        <w:pStyle w:val="Heading1"/>
        <w:rPr>
          <w:rFonts w:ascii="Poppins" w:hAnsi="Poppins" w:cs="Poppins"/>
        </w:rPr>
      </w:pPr>
    </w:p>
    <w:p w14:paraId="2CF3ED6E" w14:textId="35F2DAF3" w:rsidR="000C1567" w:rsidRPr="00CE66BB" w:rsidRDefault="00E34447">
      <w:pPr>
        <w:pStyle w:val="Heading1"/>
        <w:rPr>
          <w:rFonts w:ascii="Poppins" w:hAnsi="Poppins" w:cs="Poppins"/>
        </w:rPr>
      </w:pPr>
      <w:r w:rsidRPr="00CE66BB">
        <w:rPr>
          <w:rFonts w:ascii="Poppins" w:hAnsi="Poppins" w:cs="Poppins"/>
        </w:rPr>
        <w:t>Education &amp; Qualifications</w:t>
      </w:r>
    </w:p>
    <w:p w14:paraId="24E87219" w14:textId="77777777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Qualifications and Training:</w:t>
      </w:r>
    </w:p>
    <w:p w14:paraId="4C52B657" w14:textId="77777777" w:rsidR="007D3F0B" w:rsidRDefault="007D3F0B">
      <w:pPr>
        <w:pStyle w:val="Heading1"/>
        <w:rPr>
          <w:rFonts w:ascii="Poppins" w:hAnsi="Poppins" w:cs="Poppins"/>
        </w:rPr>
      </w:pPr>
    </w:p>
    <w:p w14:paraId="255C5687" w14:textId="1C2A0BB6" w:rsidR="000C1567" w:rsidRPr="00CE66BB" w:rsidRDefault="00E34447">
      <w:pPr>
        <w:pStyle w:val="Heading1"/>
        <w:rPr>
          <w:rFonts w:ascii="Poppins" w:hAnsi="Poppins" w:cs="Poppins"/>
        </w:rPr>
      </w:pPr>
      <w:r w:rsidRPr="00CE66BB">
        <w:rPr>
          <w:rFonts w:ascii="Poppins" w:hAnsi="Poppins" w:cs="Poppins"/>
        </w:rPr>
        <w:t>Supporting Statement</w:t>
      </w:r>
    </w:p>
    <w:p w14:paraId="6270434C" w14:textId="77777777" w:rsidR="000C1567" w:rsidRPr="00CE66BB" w:rsidRDefault="00E34447">
      <w:pPr>
        <w:rPr>
          <w:rFonts w:ascii="Poppins" w:hAnsi="Poppins" w:cs="Poppins"/>
        </w:rPr>
      </w:pPr>
      <w:r w:rsidRPr="00CE66BB">
        <w:rPr>
          <w:rFonts w:ascii="Poppins" w:hAnsi="Poppins" w:cs="Poppins"/>
        </w:rPr>
        <w:t>Please explain why you are suitable for this role:</w:t>
      </w:r>
    </w:p>
    <w:p w14:paraId="08E8728B" w14:textId="77777777" w:rsidR="007D3F0B" w:rsidRDefault="007D3F0B">
      <w:pPr>
        <w:pStyle w:val="Heading1"/>
        <w:rPr>
          <w:rFonts w:ascii="Poppins" w:hAnsi="Poppins" w:cs="Poppins"/>
        </w:rPr>
      </w:pPr>
    </w:p>
    <w:p w14:paraId="1C09AD1E" w14:textId="77777777" w:rsidR="007D3F0B" w:rsidRDefault="007D3F0B">
      <w:pPr>
        <w:pStyle w:val="Heading1"/>
        <w:rPr>
          <w:rFonts w:ascii="Poppins" w:hAnsi="Poppins" w:cs="Poppins"/>
        </w:rPr>
      </w:pPr>
    </w:p>
    <w:p w14:paraId="3D53E2CB" w14:textId="77777777" w:rsidR="007D3F0B" w:rsidRDefault="007D3F0B">
      <w:pPr>
        <w:pStyle w:val="Heading1"/>
        <w:rPr>
          <w:rFonts w:ascii="Poppins" w:hAnsi="Poppins" w:cs="Poppins"/>
        </w:rPr>
      </w:pPr>
    </w:p>
    <w:p w14:paraId="092B8052" w14:textId="77777777" w:rsidR="00E040DF" w:rsidRPr="00E040DF" w:rsidRDefault="00E040DF" w:rsidP="00E040DF"/>
    <w:p w14:paraId="15E190EC" w14:textId="77777777" w:rsidR="007D3F0B" w:rsidRDefault="007D3F0B">
      <w:pPr>
        <w:pStyle w:val="Heading1"/>
        <w:rPr>
          <w:rFonts w:ascii="Poppins" w:hAnsi="Poppins" w:cs="Poppins"/>
        </w:rPr>
      </w:pPr>
    </w:p>
    <w:p w14:paraId="3D643FD7" w14:textId="56304C07" w:rsidR="000C1567" w:rsidRDefault="00E34447">
      <w:pPr>
        <w:pStyle w:val="Heading1"/>
        <w:rPr>
          <w:rFonts w:ascii="Poppins" w:hAnsi="Poppins" w:cs="Poppins"/>
        </w:rPr>
      </w:pPr>
      <w:r w:rsidRPr="00CE66BB">
        <w:rPr>
          <w:rFonts w:ascii="Poppins" w:hAnsi="Poppins" w:cs="Poppins"/>
        </w:rPr>
        <w:t>References</w:t>
      </w:r>
    </w:p>
    <w:p w14:paraId="49F1EA74" w14:textId="7872A7EE" w:rsidR="000C1567" w:rsidRPr="00CE66BB" w:rsidRDefault="00484F66">
      <w:pPr>
        <w:rPr>
          <w:rFonts w:ascii="Poppins" w:hAnsi="Poppins" w:cs="Poppins"/>
        </w:rPr>
      </w:pPr>
      <w:r w:rsidRPr="00484F66">
        <w:rPr>
          <w:rFonts w:ascii="Poppins" w:hAnsi="Poppins" w:cs="Poppins"/>
        </w:rPr>
        <w:t xml:space="preserve">Professional </w:t>
      </w:r>
      <w:r w:rsidR="00E34447" w:rsidRPr="00CE66BB">
        <w:rPr>
          <w:rFonts w:ascii="Poppins" w:hAnsi="Poppins" w:cs="Poppins"/>
        </w:rPr>
        <w:t>Reference Name:</w:t>
      </w:r>
    </w:p>
    <w:p w14:paraId="0AAE9596" w14:textId="77777777" w:rsidR="00E040DF" w:rsidRDefault="00E040DF">
      <w:pPr>
        <w:rPr>
          <w:rFonts w:ascii="Poppins" w:hAnsi="Poppins" w:cs="Poppins"/>
        </w:rPr>
      </w:pPr>
    </w:p>
    <w:p w14:paraId="3CFE37F1" w14:textId="5DDD37B2" w:rsidR="000C1567" w:rsidRPr="00CE66BB" w:rsidRDefault="00484F66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Professional Reference </w:t>
      </w:r>
      <w:r w:rsidR="00E34447" w:rsidRPr="00CE66BB">
        <w:rPr>
          <w:rFonts w:ascii="Poppins" w:hAnsi="Poppins" w:cs="Poppins"/>
        </w:rPr>
        <w:t>Contact Details:</w:t>
      </w:r>
    </w:p>
    <w:p w14:paraId="58CCDA24" w14:textId="6DD4A73C" w:rsidR="000C1567" w:rsidRPr="00CE66BB" w:rsidRDefault="000C1567">
      <w:pPr>
        <w:rPr>
          <w:rFonts w:ascii="Poppins" w:hAnsi="Poppins" w:cs="Poppins"/>
        </w:rPr>
      </w:pPr>
    </w:p>
    <w:p w14:paraId="45D97E67" w14:textId="63FCEF60" w:rsidR="000C1567" w:rsidRPr="00CE66BB" w:rsidRDefault="00484F66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Personal </w:t>
      </w:r>
      <w:r w:rsidR="00E34447" w:rsidRPr="00CE66BB">
        <w:rPr>
          <w:rFonts w:ascii="Poppins" w:hAnsi="Poppins" w:cs="Poppins"/>
        </w:rPr>
        <w:t>Reference Name:</w:t>
      </w:r>
    </w:p>
    <w:p w14:paraId="18C5EA73" w14:textId="77777777" w:rsidR="00E040DF" w:rsidRDefault="00E040DF">
      <w:pPr>
        <w:rPr>
          <w:rFonts w:ascii="Poppins" w:hAnsi="Poppins" w:cs="Poppins"/>
        </w:rPr>
      </w:pPr>
    </w:p>
    <w:p w14:paraId="7AFD6CAF" w14:textId="49CB5698" w:rsidR="000C1567" w:rsidRPr="00CE66BB" w:rsidRDefault="00484F66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Personal </w:t>
      </w:r>
      <w:r w:rsidR="00E34447" w:rsidRPr="00CE66BB">
        <w:rPr>
          <w:rFonts w:ascii="Poppins" w:hAnsi="Poppins" w:cs="Poppins"/>
        </w:rPr>
        <w:t>Reference Contact Details:</w:t>
      </w:r>
    </w:p>
    <w:p w14:paraId="227EFADF" w14:textId="77777777" w:rsidR="000C1567" w:rsidRPr="00CE66BB" w:rsidRDefault="00E34447">
      <w:pPr>
        <w:pStyle w:val="Heading1"/>
        <w:rPr>
          <w:rFonts w:ascii="Poppins" w:hAnsi="Poppins" w:cs="Poppins"/>
        </w:rPr>
      </w:pPr>
      <w:r w:rsidRPr="00CE66BB">
        <w:rPr>
          <w:rFonts w:ascii="Poppins" w:hAnsi="Poppins" w:cs="Poppins"/>
        </w:rPr>
        <w:t>Declaration</w:t>
      </w:r>
    </w:p>
    <w:p w14:paraId="1A492AA7" w14:textId="77777777" w:rsidR="00722A79" w:rsidRDefault="00341343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I confirm that </w:t>
      </w:r>
      <w:r w:rsidR="00A11F7C">
        <w:rPr>
          <w:rFonts w:ascii="Poppins" w:hAnsi="Poppins" w:cs="Poppins"/>
        </w:rPr>
        <w:t>I have the right to work in the UK</w:t>
      </w:r>
      <w:r w:rsidR="00722A79">
        <w:rPr>
          <w:rFonts w:ascii="Poppins" w:hAnsi="Poppins" w:cs="Poppins"/>
        </w:rPr>
        <w:t>.</w:t>
      </w:r>
    </w:p>
    <w:p w14:paraId="7C6AF5BB" w14:textId="0692F276" w:rsidR="000C1567" w:rsidRDefault="00722A79">
      <w:p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>I confirm that</w:t>
      </w:r>
      <w:r w:rsidR="00A11F7C">
        <w:rPr>
          <w:rFonts w:ascii="Poppins" w:hAnsi="Poppins" w:cs="Poppins"/>
        </w:rPr>
        <w:t xml:space="preserve"> </w:t>
      </w:r>
      <w:r w:rsidR="00050197">
        <w:rPr>
          <w:rFonts w:ascii="Poppins" w:hAnsi="Poppins" w:cs="Poppins"/>
        </w:rPr>
        <w:t>all information provided in this application form is true and complete</w:t>
      </w:r>
      <w:r>
        <w:rPr>
          <w:rFonts w:ascii="Poppins" w:hAnsi="Poppins" w:cs="Poppins"/>
        </w:rPr>
        <w:t>.</w:t>
      </w:r>
    </w:p>
    <w:p w14:paraId="28F67D75" w14:textId="77777777" w:rsidR="00722A79" w:rsidRPr="00CE66BB" w:rsidRDefault="00722A79">
      <w:pPr>
        <w:rPr>
          <w:rFonts w:ascii="Poppins" w:hAnsi="Poppins" w:cs="Poppins"/>
        </w:rPr>
      </w:pPr>
    </w:p>
    <w:p w14:paraId="2E61F408" w14:textId="1DD8EE10" w:rsidR="000C1567" w:rsidRDefault="00050197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Print name </w:t>
      </w:r>
      <w:r w:rsidR="00E040DF">
        <w:rPr>
          <w:rFonts w:ascii="Poppins" w:hAnsi="Poppins" w:cs="Poppins"/>
        </w:rPr>
        <w:tab/>
      </w:r>
      <w:r w:rsidR="00E040DF">
        <w:rPr>
          <w:rFonts w:ascii="Poppins" w:hAnsi="Poppins" w:cs="Poppins"/>
        </w:rPr>
        <w:tab/>
      </w:r>
      <w:r w:rsidR="00E040DF">
        <w:rPr>
          <w:rFonts w:ascii="Poppins" w:hAnsi="Poppins" w:cs="Poppins"/>
        </w:rPr>
        <w:tab/>
      </w:r>
      <w:r w:rsidR="00E040DF">
        <w:rPr>
          <w:rFonts w:ascii="Poppins" w:hAnsi="Poppins" w:cs="Poppins"/>
        </w:rPr>
        <w:tab/>
      </w:r>
      <w:r w:rsidR="00E040DF">
        <w:rPr>
          <w:rFonts w:ascii="Poppins" w:hAnsi="Poppins" w:cs="Poppins"/>
        </w:rPr>
        <w:tab/>
      </w:r>
      <w:r>
        <w:rPr>
          <w:rFonts w:ascii="Poppins" w:hAnsi="Poppins" w:cs="Poppins"/>
        </w:rPr>
        <w:t xml:space="preserve">          Date </w:t>
      </w:r>
    </w:p>
    <w:p w14:paraId="3B602279" w14:textId="5B226770" w:rsidR="000C1567" w:rsidRPr="00CE66BB" w:rsidRDefault="000C1567">
      <w:pPr>
        <w:rPr>
          <w:rFonts w:ascii="Poppins" w:hAnsi="Poppins" w:cs="Poppins"/>
        </w:rPr>
      </w:pPr>
    </w:p>
    <w:sectPr w:rsidR="000C1567" w:rsidRPr="00CE66BB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D3C6D3" w14:textId="77777777" w:rsidR="005178C7" w:rsidRDefault="005178C7" w:rsidP="00CE66BB">
      <w:pPr>
        <w:spacing w:after="0" w:line="240" w:lineRule="auto"/>
      </w:pPr>
      <w:r>
        <w:separator/>
      </w:r>
    </w:p>
  </w:endnote>
  <w:endnote w:type="continuationSeparator" w:id="0">
    <w:p w14:paraId="7B2725F8" w14:textId="77777777" w:rsidR="005178C7" w:rsidRDefault="005178C7" w:rsidP="00CE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25F607" w14:textId="77777777" w:rsidR="005178C7" w:rsidRDefault="005178C7" w:rsidP="00CE66BB">
      <w:pPr>
        <w:spacing w:after="0" w:line="240" w:lineRule="auto"/>
      </w:pPr>
      <w:r>
        <w:separator/>
      </w:r>
    </w:p>
  </w:footnote>
  <w:footnote w:type="continuationSeparator" w:id="0">
    <w:p w14:paraId="7D3CC657" w14:textId="77777777" w:rsidR="005178C7" w:rsidRDefault="005178C7" w:rsidP="00CE6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4AFA4" w14:textId="551597B5" w:rsidR="00CE66BB" w:rsidRDefault="00CE66BB" w:rsidP="00CE66BB">
    <w:pPr>
      <w:pStyle w:val="Header"/>
      <w:jc w:val="right"/>
    </w:pPr>
    <w:r>
      <w:rPr>
        <w:noProof/>
      </w:rPr>
      <w:drawing>
        <wp:inline distT="0" distB="0" distL="0" distR="0" wp14:anchorId="3869D305" wp14:editId="09F37C08">
          <wp:extent cx="891822" cy="897130"/>
          <wp:effectExtent l="0" t="0" r="0" b="5080"/>
          <wp:docPr id="17604906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490678" name="Picture 17604906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4702" cy="900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321008">
    <w:abstractNumId w:val="8"/>
  </w:num>
  <w:num w:numId="2" w16cid:durableId="616136050">
    <w:abstractNumId w:val="6"/>
  </w:num>
  <w:num w:numId="3" w16cid:durableId="792601541">
    <w:abstractNumId w:val="5"/>
  </w:num>
  <w:num w:numId="4" w16cid:durableId="1876961692">
    <w:abstractNumId w:val="4"/>
  </w:num>
  <w:num w:numId="5" w16cid:durableId="123624530">
    <w:abstractNumId w:val="7"/>
  </w:num>
  <w:num w:numId="6" w16cid:durableId="1372994585">
    <w:abstractNumId w:val="3"/>
  </w:num>
  <w:num w:numId="7" w16cid:durableId="1615598608">
    <w:abstractNumId w:val="2"/>
  </w:num>
  <w:num w:numId="8" w16cid:durableId="2126149272">
    <w:abstractNumId w:val="1"/>
  </w:num>
  <w:num w:numId="9" w16cid:durableId="19016697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197"/>
    <w:rsid w:val="0006063C"/>
    <w:rsid w:val="000C1567"/>
    <w:rsid w:val="0015074B"/>
    <w:rsid w:val="00266C33"/>
    <w:rsid w:val="0029639D"/>
    <w:rsid w:val="002D3195"/>
    <w:rsid w:val="003217BC"/>
    <w:rsid w:val="00326F90"/>
    <w:rsid w:val="00341343"/>
    <w:rsid w:val="003420D8"/>
    <w:rsid w:val="003572A6"/>
    <w:rsid w:val="003E535E"/>
    <w:rsid w:val="00484F66"/>
    <w:rsid w:val="005178C7"/>
    <w:rsid w:val="0068419A"/>
    <w:rsid w:val="006F00BA"/>
    <w:rsid w:val="00722A79"/>
    <w:rsid w:val="00730489"/>
    <w:rsid w:val="00793012"/>
    <w:rsid w:val="007D3F0B"/>
    <w:rsid w:val="00A11F7C"/>
    <w:rsid w:val="00A5616D"/>
    <w:rsid w:val="00A87BA4"/>
    <w:rsid w:val="00AA1D8D"/>
    <w:rsid w:val="00B47730"/>
    <w:rsid w:val="00CB0664"/>
    <w:rsid w:val="00CB672C"/>
    <w:rsid w:val="00CE66BB"/>
    <w:rsid w:val="00D868A0"/>
    <w:rsid w:val="00DF0D5B"/>
    <w:rsid w:val="00DF55AC"/>
    <w:rsid w:val="00E040DF"/>
    <w:rsid w:val="00E34447"/>
    <w:rsid w:val="00F35BB0"/>
    <w:rsid w:val="00FC693F"/>
    <w:rsid w:val="00FD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8297B60-6D72-8A49-A6F7-22A2426F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5bd973-bc5c-4203-a208-5b8554fc69a1" xsi:nil="true"/>
    <lcf76f155ced4ddcb4097134ff3c332f xmlns="27c960cc-92bd-4c9c-8bc9-ba4a7912ec6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6605F3CA3BB4459F86DED55C9D6478" ma:contentTypeVersion="17" ma:contentTypeDescription="Create a new document." ma:contentTypeScope="" ma:versionID="e631bb0c94462db8fc7f98f58ba91ec0">
  <xsd:schema xmlns:xsd="http://www.w3.org/2001/XMLSchema" xmlns:xs="http://www.w3.org/2001/XMLSchema" xmlns:p="http://schemas.microsoft.com/office/2006/metadata/properties" xmlns:ns2="27c960cc-92bd-4c9c-8bc9-ba4a7912ec60" xmlns:ns3="075bd973-bc5c-4203-a208-5b8554fc69a1" targetNamespace="http://schemas.microsoft.com/office/2006/metadata/properties" ma:root="true" ma:fieldsID="9b62ae4f999ca3578458335bf5eb655f" ns2:_="" ns3:_="">
    <xsd:import namespace="27c960cc-92bd-4c9c-8bc9-ba4a7912ec60"/>
    <xsd:import namespace="075bd973-bc5c-4203-a208-5b8554fc6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960cc-92bd-4c9c-8bc9-ba4a7912e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4978824-762e-48c8-afb5-56c5bc11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bd973-bc5c-4203-a208-5b8554fc6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7b0a85e-e215-48d9-b484-950a632672df}" ma:internalName="TaxCatchAll" ma:showField="CatchAllData" ma:web="075bd973-bc5c-4203-a208-5b8554fc6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3E7774-18DE-4BCF-8122-DFA624056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CFE12-227B-41CA-AB1C-3294F06B6F12}">
  <ds:schemaRefs>
    <ds:schemaRef ds:uri="http://schemas.microsoft.com/office/2006/metadata/properties"/>
    <ds:schemaRef ds:uri="http://schemas.microsoft.com/office/infopath/2007/PartnerControls"/>
    <ds:schemaRef ds:uri="075bd973-bc5c-4203-a208-5b8554fc69a1"/>
    <ds:schemaRef ds:uri="27c960cc-92bd-4c9c-8bc9-ba4a7912ec60"/>
  </ds:schemaRefs>
</ds:datastoreItem>
</file>

<file path=customXml/itemProps4.xml><?xml version="1.0" encoding="utf-8"?>
<ds:datastoreItem xmlns:ds="http://schemas.openxmlformats.org/officeDocument/2006/customXml" ds:itemID="{A03C5D25-C325-48C3-AFBE-88EBD664A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c960cc-92bd-4c9c-8bc9-ba4a7912ec60"/>
    <ds:schemaRef ds:uri="075bd973-bc5c-4203-a208-5b8554fc6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100</Words>
  <Characters>585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Pearson</dc:creator>
  <cp:keywords/>
  <dc:description>generated by python-docx</dc:description>
  <cp:lastModifiedBy>Treasurer</cp:lastModifiedBy>
  <cp:revision>11</cp:revision>
  <dcterms:created xsi:type="dcterms:W3CDTF">2026-08-05T10:25:00Z</dcterms:created>
  <dcterms:modified xsi:type="dcterms:W3CDTF">2026-10-20T13:07:00Z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0x010100136605F3CA3BB4459F86DED55C9D6478</vt:lpwstr>
  </property>
  <property fmtid="{D5CDD505-2E9C-101B-9397-08002B2CF9AE}" pid="3" name="MediaServiceImageTags">
    <vt:lpwstr/>
  </property>
</Properties>
</file>