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8D1258" w14:textId="1BA77E00" w:rsidR="000C1567" w:rsidRPr="003572A6" w:rsidRDefault="00CE66BB">
      <w:pPr>
        <w:pStyle w:val="Title"/>
        <w:rPr>
          <w:rFonts w:ascii="Poppins" w:hAnsi="Poppins" w:cs="Poppins"/>
          <w:sz w:val="44"/>
          <w:szCs w:val="44"/>
        </w:rPr>
      </w:pPr>
      <w:r w:rsidRPr="003572A6">
        <w:rPr>
          <w:rFonts w:ascii="Poppins" w:hAnsi="Poppins" w:cs="Poppins"/>
          <w:sz w:val="44"/>
          <w:szCs w:val="44"/>
        </w:rPr>
        <w:t>Job Role</w:t>
      </w:r>
      <w:r w:rsidR="00E34447" w:rsidRPr="003572A6">
        <w:rPr>
          <w:rFonts w:ascii="Poppins" w:hAnsi="Poppins" w:cs="Poppins"/>
          <w:sz w:val="44"/>
          <w:szCs w:val="44"/>
        </w:rPr>
        <w:t xml:space="preserve"> Application Form</w:t>
      </w:r>
    </w:p>
    <w:p w14:paraId="3A059C5A" w14:textId="77777777" w:rsidR="000C1567" w:rsidRPr="00CE66BB" w:rsidRDefault="00E34447">
      <w:pPr>
        <w:pStyle w:val="Heading1"/>
        <w:rPr>
          <w:rFonts w:ascii="Poppins" w:hAnsi="Poppins" w:cs="Poppins"/>
        </w:rPr>
      </w:pPr>
      <w:r w:rsidRPr="00CE66BB">
        <w:rPr>
          <w:rFonts w:ascii="Poppins" w:hAnsi="Poppins" w:cs="Poppins"/>
        </w:rPr>
        <w:t>Personal Details</w:t>
      </w:r>
    </w:p>
    <w:p w14:paraId="044BEF22" w14:textId="77777777" w:rsidR="000C1567" w:rsidRPr="00CE66BB" w:rsidRDefault="00E34447">
      <w:pPr>
        <w:rPr>
          <w:rFonts w:ascii="Poppins" w:hAnsi="Poppins" w:cs="Poppins"/>
        </w:rPr>
      </w:pPr>
      <w:r w:rsidRPr="00CE66BB">
        <w:rPr>
          <w:rFonts w:ascii="Poppins" w:hAnsi="Poppins" w:cs="Poppins"/>
        </w:rPr>
        <w:t>Position Applied For:</w:t>
      </w:r>
    </w:p>
    <w:p w14:paraId="535B8DC2" w14:textId="5D8BDA03" w:rsidR="000C1567" w:rsidRPr="00CE66BB" w:rsidRDefault="00E34447">
      <w:pPr>
        <w:rPr>
          <w:rFonts w:ascii="Poppins" w:hAnsi="Poppins" w:cs="Poppins"/>
        </w:rPr>
      </w:pPr>
      <w:r w:rsidRPr="00CE66BB">
        <w:rPr>
          <w:rFonts w:ascii="Poppins" w:hAnsi="Poppins" w:cs="Poppins"/>
        </w:rPr>
        <w:t>_______________________________________________________________</w:t>
      </w:r>
    </w:p>
    <w:p w14:paraId="7A5A2BE8" w14:textId="77777777" w:rsidR="000C1567" w:rsidRPr="00CE66BB" w:rsidRDefault="00E34447">
      <w:pPr>
        <w:rPr>
          <w:rFonts w:ascii="Poppins" w:hAnsi="Poppins" w:cs="Poppins"/>
        </w:rPr>
      </w:pPr>
      <w:r w:rsidRPr="00CE66BB">
        <w:rPr>
          <w:rFonts w:ascii="Poppins" w:hAnsi="Poppins" w:cs="Poppins"/>
        </w:rPr>
        <w:t>Full Name:</w:t>
      </w:r>
    </w:p>
    <w:p w14:paraId="48CC0D00" w14:textId="0A1C0380" w:rsidR="000C1567" w:rsidRPr="00CE66BB" w:rsidRDefault="00E34447">
      <w:pPr>
        <w:rPr>
          <w:rFonts w:ascii="Poppins" w:hAnsi="Poppins" w:cs="Poppins"/>
        </w:rPr>
      </w:pPr>
      <w:r w:rsidRPr="00CE66BB">
        <w:rPr>
          <w:rFonts w:ascii="Poppins" w:hAnsi="Poppins" w:cs="Poppins"/>
        </w:rPr>
        <w:t>_______________________________________________________________</w:t>
      </w:r>
    </w:p>
    <w:p w14:paraId="571B8FD7" w14:textId="77777777" w:rsidR="000C1567" w:rsidRPr="00CE66BB" w:rsidRDefault="00E34447">
      <w:pPr>
        <w:rPr>
          <w:rFonts w:ascii="Poppins" w:hAnsi="Poppins" w:cs="Poppins"/>
        </w:rPr>
      </w:pPr>
      <w:r w:rsidRPr="00CE66BB">
        <w:rPr>
          <w:rFonts w:ascii="Poppins" w:hAnsi="Poppins" w:cs="Poppins"/>
        </w:rPr>
        <w:t>Email Address:</w:t>
      </w:r>
    </w:p>
    <w:p w14:paraId="1C4C070F" w14:textId="0A98737A" w:rsidR="000C1567" w:rsidRPr="00CE66BB" w:rsidRDefault="00E34447">
      <w:pPr>
        <w:rPr>
          <w:rFonts w:ascii="Poppins" w:hAnsi="Poppins" w:cs="Poppins"/>
        </w:rPr>
      </w:pPr>
      <w:r w:rsidRPr="00CE66BB">
        <w:rPr>
          <w:rFonts w:ascii="Poppins" w:hAnsi="Poppins" w:cs="Poppins"/>
        </w:rPr>
        <w:t>_______________________________________________________________</w:t>
      </w:r>
    </w:p>
    <w:p w14:paraId="2BB789B1" w14:textId="77777777" w:rsidR="000C1567" w:rsidRPr="00CE66BB" w:rsidRDefault="00E34447">
      <w:pPr>
        <w:rPr>
          <w:rFonts w:ascii="Poppins" w:hAnsi="Poppins" w:cs="Poppins"/>
        </w:rPr>
      </w:pPr>
      <w:r w:rsidRPr="00CE66BB">
        <w:rPr>
          <w:rFonts w:ascii="Poppins" w:hAnsi="Poppins" w:cs="Poppins"/>
        </w:rPr>
        <w:t>Phone Number:</w:t>
      </w:r>
    </w:p>
    <w:p w14:paraId="56E055CA" w14:textId="5AA9C000" w:rsidR="000C1567" w:rsidRPr="00CE66BB" w:rsidRDefault="00E34447">
      <w:pPr>
        <w:rPr>
          <w:rFonts w:ascii="Poppins" w:hAnsi="Poppins" w:cs="Poppins"/>
        </w:rPr>
      </w:pPr>
      <w:r w:rsidRPr="00CE66BB">
        <w:rPr>
          <w:rFonts w:ascii="Poppins" w:hAnsi="Poppins" w:cs="Poppins"/>
        </w:rPr>
        <w:t>_______________________________________________________________</w:t>
      </w:r>
    </w:p>
    <w:p w14:paraId="7748090F" w14:textId="77777777" w:rsidR="000C1567" w:rsidRPr="00CE66BB" w:rsidRDefault="00E34447">
      <w:pPr>
        <w:rPr>
          <w:rFonts w:ascii="Poppins" w:hAnsi="Poppins" w:cs="Poppins"/>
        </w:rPr>
      </w:pPr>
      <w:r w:rsidRPr="00CE66BB">
        <w:rPr>
          <w:rFonts w:ascii="Poppins" w:hAnsi="Poppins" w:cs="Poppins"/>
        </w:rPr>
        <w:t>Address:</w:t>
      </w:r>
    </w:p>
    <w:p w14:paraId="41829DBA" w14:textId="39BBE598" w:rsidR="000C1567" w:rsidRPr="00A87BA4" w:rsidRDefault="00E34447">
      <w:pPr>
        <w:rPr>
          <w:rFonts w:ascii="Poppins" w:hAnsi="Poppins" w:cs="Poppins"/>
          <w:u w:val="single"/>
        </w:rPr>
      </w:pPr>
      <w:r w:rsidRPr="00CE66BB">
        <w:rPr>
          <w:rFonts w:ascii="Poppins" w:hAnsi="Poppins" w:cs="Poppins"/>
        </w:rPr>
        <w:t>__________________________________________________________________________________________</w:t>
      </w:r>
      <w:r w:rsidR="003572A6" w:rsidRPr="00CE66BB">
        <w:rPr>
          <w:rFonts w:ascii="Poppins" w:hAnsi="Poppins" w:cs="Poppins"/>
        </w:rPr>
        <w:t>_______________________________</w:t>
      </w:r>
      <w:r w:rsidR="003572A6">
        <w:rPr>
          <w:rFonts w:ascii="Poppins" w:hAnsi="Poppins" w:cs="Poppins"/>
        </w:rPr>
        <w:t>_____</w:t>
      </w:r>
    </w:p>
    <w:p w14:paraId="3B035E19" w14:textId="74D6DEBA" w:rsidR="003217BC" w:rsidRPr="003217BC" w:rsidRDefault="00E34447" w:rsidP="003217BC">
      <w:pPr>
        <w:pStyle w:val="Heading1"/>
        <w:rPr>
          <w:rFonts w:ascii="Poppins" w:hAnsi="Poppins" w:cs="Poppins"/>
        </w:rPr>
      </w:pPr>
      <w:r w:rsidRPr="00CE66BB">
        <w:rPr>
          <w:rFonts w:ascii="Poppins" w:hAnsi="Poppins" w:cs="Poppins"/>
        </w:rPr>
        <w:t>Employment Histo</w:t>
      </w:r>
      <w:r w:rsidR="003572A6">
        <w:rPr>
          <w:rFonts w:ascii="Poppins" w:hAnsi="Poppins" w:cs="Poppins"/>
        </w:rPr>
        <w:t>r</w:t>
      </w:r>
      <w:r w:rsidRPr="00CE66BB">
        <w:rPr>
          <w:rFonts w:ascii="Poppins" w:hAnsi="Poppins" w:cs="Poppins"/>
        </w:rPr>
        <w:t>y</w:t>
      </w:r>
      <w:r w:rsidR="002D3195">
        <w:rPr>
          <w:rFonts w:ascii="Poppins" w:hAnsi="Poppins" w:cs="Poppins"/>
        </w:rPr>
        <w:t xml:space="preserve"> </w:t>
      </w:r>
    </w:p>
    <w:p w14:paraId="0073F690" w14:textId="77777777" w:rsidR="003217BC" w:rsidRDefault="003217BC">
      <w:pPr>
        <w:rPr>
          <w:rFonts w:ascii="Poppins" w:hAnsi="Poppins" w:cs="Poppins"/>
        </w:rPr>
      </w:pPr>
      <w:r>
        <w:rPr>
          <w:rFonts w:ascii="Poppins" w:hAnsi="Poppins" w:cs="Poppins"/>
        </w:rPr>
        <w:t>Please include your full employment history since leaving school, including dates.</w:t>
      </w:r>
    </w:p>
    <w:p w14:paraId="05F302F9" w14:textId="72A15F29" w:rsidR="003E535E" w:rsidRPr="00CE66BB" w:rsidRDefault="00E34447" w:rsidP="003E535E">
      <w:pPr>
        <w:rPr>
          <w:rFonts w:ascii="Poppins" w:hAnsi="Poppins" w:cs="Poppins"/>
        </w:rPr>
      </w:pPr>
      <w:r w:rsidRPr="00CE66BB">
        <w:rPr>
          <w:rFonts w:ascii="Poppins" w:hAnsi="Poppins" w:cs="Poppins"/>
        </w:rPr>
        <w:t>_________________________________________________________________________________________</w:t>
      </w:r>
      <w:r w:rsidRPr="00CE66BB">
        <w:rPr>
          <w:rFonts w:ascii="Poppins" w:hAnsi="Poppins" w:cs="Poppins"/>
        </w:rPr>
        <w:t>__________________________________________________________________________________________</w:t>
      </w:r>
      <w:r w:rsidR="003E535E" w:rsidRPr="00CE66BB">
        <w:rPr>
          <w:rFonts w:ascii="Poppins" w:hAnsi="Poppins" w:cs="Poppins"/>
        </w:rPr>
        <w:t>___________________________________________________________________________________________________________________________________________________________________________________</w:t>
      </w:r>
      <w:r w:rsidR="003E535E">
        <w:rPr>
          <w:rFonts w:ascii="Poppins" w:hAnsi="Poppins" w:cs="Poppins"/>
        </w:rPr>
        <w:t>____________________</w:t>
      </w:r>
    </w:p>
    <w:p w14:paraId="489C369C" w14:textId="165DEB0B" w:rsidR="003E535E" w:rsidRPr="00CE66BB" w:rsidRDefault="003E535E" w:rsidP="003E535E">
      <w:pPr>
        <w:rPr>
          <w:rFonts w:ascii="Poppins" w:hAnsi="Poppins" w:cs="Poppins"/>
        </w:rPr>
      </w:pPr>
      <w:r w:rsidRPr="00CE66BB">
        <w:rPr>
          <w:rFonts w:ascii="Poppins" w:hAnsi="Poppins" w:cs="Poppins"/>
        </w:rPr>
        <w:lastRenderedPageBreak/>
        <w:t>___________________________________________________________________________________________________________________________________________________________________________________</w:t>
      </w:r>
      <w:r>
        <w:rPr>
          <w:rFonts w:ascii="Poppins" w:hAnsi="Poppins" w:cs="Poppins"/>
        </w:rPr>
        <w:t>__________</w:t>
      </w:r>
    </w:p>
    <w:p w14:paraId="2CF3ED6E" w14:textId="77777777" w:rsidR="000C1567" w:rsidRPr="00CE66BB" w:rsidRDefault="00E34447">
      <w:pPr>
        <w:pStyle w:val="Heading1"/>
        <w:rPr>
          <w:rFonts w:ascii="Poppins" w:hAnsi="Poppins" w:cs="Poppins"/>
        </w:rPr>
      </w:pPr>
      <w:r w:rsidRPr="00CE66BB">
        <w:rPr>
          <w:rFonts w:ascii="Poppins" w:hAnsi="Poppins" w:cs="Poppins"/>
        </w:rPr>
        <w:t>Education &amp; Qualifications</w:t>
      </w:r>
    </w:p>
    <w:p w14:paraId="24E87219" w14:textId="77777777" w:rsidR="000C1567" w:rsidRPr="00CE66BB" w:rsidRDefault="00E34447">
      <w:pPr>
        <w:rPr>
          <w:rFonts w:ascii="Poppins" w:hAnsi="Poppins" w:cs="Poppins"/>
        </w:rPr>
      </w:pPr>
      <w:r w:rsidRPr="00CE66BB">
        <w:rPr>
          <w:rFonts w:ascii="Poppins" w:hAnsi="Poppins" w:cs="Poppins"/>
        </w:rPr>
        <w:t>Qualifications and Training:</w:t>
      </w:r>
    </w:p>
    <w:p w14:paraId="0A2E1806" w14:textId="14C26ED3" w:rsidR="000C1567" w:rsidRPr="00CE66BB" w:rsidRDefault="00E34447">
      <w:pPr>
        <w:rPr>
          <w:rFonts w:ascii="Poppins" w:hAnsi="Poppins" w:cs="Poppins"/>
        </w:rPr>
      </w:pPr>
      <w:r w:rsidRPr="00CE66BB">
        <w:rPr>
          <w:rFonts w:ascii="Poppins" w:hAnsi="Poppins" w:cs="Poppins"/>
        </w:rPr>
        <w:t>__________________________________________________________________________________________</w:t>
      </w:r>
      <w:r w:rsidR="00730489" w:rsidRPr="00CE66BB">
        <w:rPr>
          <w:rFonts w:ascii="Poppins" w:hAnsi="Poppins" w:cs="Poppins"/>
        </w:rPr>
        <w:t>___________________________</w:t>
      </w:r>
      <w:r w:rsidR="00730489">
        <w:rPr>
          <w:rFonts w:ascii="Poppins" w:hAnsi="Poppins" w:cs="Poppins"/>
        </w:rPr>
        <w:t>_________</w:t>
      </w:r>
    </w:p>
    <w:p w14:paraId="255C5687" w14:textId="77777777" w:rsidR="000C1567" w:rsidRPr="00CE66BB" w:rsidRDefault="00E34447">
      <w:pPr>
        <w:pStyle w:val="Heading1"/>
        <w:rPr>
          <w:rFonts w:ascii="Poppins" w:hAnsi="Poppins" w:cs="Poppins"/>
        </w:rPr>
      </w:pPr>
      <w:r w:rsidRPr="00CE66BB">
        <w:rPr>
          <w:rFonts w:ascii="Poppins" w:hAnsi="Poppins" w:cs="Poppins"/>
        </w:rPr>
        <w:t>Supporting Statement</w:t>
      </w:r>
    </w:p>
    <w:p w14:paraId="6270434C" w14:textId="77777777" w:rsidR="000C1567" w:rsidRPr="00CE66BB" w:rsidRDefault="00E34447">
      <w:pPr>
        <w:rPr>
          <w:rFonts w:ascii="Poppins" w:hAnsi="Poppins" w:cs="Poppins"/>
        </w:rPr>
      </w:pPr>
      <w:r w:rsidRPr="00CE66BB">
        <w:rPr>
          <w:rFonts w:ascii="Poppins" w:hAnsi="Poppins" w:cs="Poppins"/>
        </w:rPr>
        <w:t>Please explain why you are suitable for this role:</w:t>
      </w:r>
    </w:p>
    <w:p w14:paraId="090A17DE" w14:textId="095A1BB1" w:rsidR="00266C33" w:rsidRPr="00CE66BB" w:rsidRDefault="00E34447" w:rsidP="00266C33">
      <w:pPr>
        <w:rPr>
          <w:rFonts w:ascii="Poppins" w:hAnsi="Poppins" w:cs="Poppins"/>
        </w:rPr>
      </w:pPr>
      <w:r w:rsidRPr="00CE66BB">
        <w:rPr>
          <w:rFonts w:ascii="Poppins" w:hAnsi="Poppins" w:cs="Poppins"/>
        </w:rPr>
        <w:t>__________________________________________________________________________________________</w:t>
      </w:r>
      <w:r w:rsidR="00266C33" w:rsidRPr="00CE66BB">
        <w:rPr>
          <w:rFonts w:ascii="Poppins" w:hAnsi="Poppins" w:cs="Poppin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868A0" w:rsidRPr="00CE66BB">
        <w:rPr>
          <w:rFonts w:ascii="Poppins" w:hAnsi="Poppins" w:cs="Poppins"/>
        </w:rPr>
        <w:t>______________________________________________________________________________________________________________________________</w:t>
      </w:r>
      <w:r w:rsidR="00D868A0" w:rsidRPr="00CE66BB">
        <w:rPr>
          <w:rFonts w:ascii="Poppins" w:hAnsi="Poppins" w:cs="Poppin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643FD7" w14:textId="77777777" w:rsidR="000C1567" w:rsidRDefault="00E34447">
      <w:pPr>
        <w:pStyle w:val="Heading1"/>
        <w:rPr>
          <w:rFonts w:ascii="Poppins" w:hAnsi="Poppins" w:cs="Poppins"/>
        </w:rPr>
      </w:pPr>
      <w:r w:rsidRPr="00CE66BB">
        <w:rPr>
          <w:rFonts w:ascii="Poppins" w:hAnsi="Poppins" w:cs="Poppins"/>
        </w:rPr>
        <w:t>References</w:t>
      </w:r>
    </w:p>
    <w:p w14:paraId="49F1EA74" w14:textId="7872A7EE" w:rsidR="000C1567" w:rsidRPr="00CE66BB" w:rsidRDefault="00484F66">
      <w:pPr>
        <w:rPr>
          <w:rFonts w:ascii="Poppins" w:hAnsi="Poppins" w:cs="Poppins"/>
        </w:rPr>
      </w:pPr>
      <w:r w:rsidRPr="00484F66">
        <w:rPr>
          <w:rFonts w:ascii="Poppins" w:hAnsi="Poppins" w:cs="Poppins"/>
        </w:rPr>
        <w:t xml:space="preserve">Professional </w:t>
      </w:r>
      <w:r w:rsidR="00E34447" w:rsidRPr="00CE66BB">
        <w:rPr>
          <w:rFonts w:ascii="Poppins" w:hAnsi="Poppins" w:cs="Poppins"/>
        </w:rPr>
        <w:t xml:space="preserve">Reference </w:t>
      </w:r>
      <w:r w:rsidR="00E34447" w:rsidRPr="00CE66BB">
        <w:rPr>
          <w:rFonts w:ascii="Poppins" w:hAnsi="Poppins" w:cs="Poppins"/>
        </w:rPr>
        <w:t>Name:</w:t>
      </w:r>
    </w:p>
    <w:p w14:paraId="32B0A031" w14:textId="61A159B5" w:rsidR="000C1567" w:rsidRPr="00CE66BB" w:rsidRDefault="00E34447">
      <w:pPr>
        <w:rPr>
          <w:rFonts w:ascii="Poppins" w:hAnsi="Poppins" w:cs="Poppins"/>
        </w:rPr>
      </w:pPr>
      <w:r w:rsidRPr="00CE66BB">
        <w:rPr>
          <w:rFonts w:ascii="Poppins" w:hAnsi="Poppins" w:cs="Poppins"/>
        </w:rPr>
        <w:t>_______________________________________________________________</w:t>
      </w:r>
    </w:p>
    <w:p w14:paraId="3CFE37F1" w14:textId="4DAC9B28" w:rsidR="000C1567" w:rsidRPr="00CE66BB" w:rsidRDefault="00484F66">
      <w:pPr>
        <w:rPr>
          <w:rFonts w:ascii="Poppins" w:hAnsi="Poppins" w:cs="Poppins"/>
        </w:rPr>
      </w:pPr>
      <w:r>
        <w:rPr>
          <w:rFonts w:ascii="Poppins" w:hAnsi="Poppins" w:cs="Poppins"/>
        </w:rPr>
        <w:t xml:space="preserve">Professional Reference </w:t>
      </w:r>
      <w:r w:rsidR="00E34447" w:rsidRPr="00CE66BB">
        <w:rPr>
          <w:rFonts w:ascii="Poppins" w:hAnsi="Poppins" w:cs="Poppins"/>
        </w:rPr>
        <w:t>Contact Details:</w:t>
      </w:r>
    </w:p>
    <w:p w14:paraId="58CCDA24" w14:textId="452E05F4" w:rsidR="000C1567" w:rsidRPr="00CE66BB" w:rsidRDefault="00E34447">
      <w:pPr>
        <w:rPr>
          <w:rFonts w:ascii="Poppins" w:hAnsi="Poppins" w:cs="Poppins"/>
        </w:rPr>
      </w:pPr>
      <w:r w:rsidRPr="00CE66BB">
        <w:rPr>
          <w:rFonts w:ascii="Poppins" w:hAnsi="Poppins" w:cs="Poppins"/>
        </w:rPr>
        <w:t>__________________________________________________________________________________________</w:t>
      </w:r>
      <w:r w:rsidR="00484F66" w:rsidRPr="00CE66BB">
        <w:rPr>
          <w:rFonts w:ascii="Poppins" w:hAnsi="Poppins" w:cs="Poppins"/>
        </w:rPr>
        <w:t>___________________________</w:t>
      </w:r>
      <w:r w:rsidR="00484F66">
        <w:rPr>
          <w:rFonts w:ascii="Poppins" w:hAnsi="Poppins" w:cs="Poppins"/>
        </w:rPr>
        <w:t>_________</w:t>
      </w:r>
    </w:p>
    <w:p w14:paraId="45D97E67" w14:textId="63FCEF60" w:rsidR="000C1567" w:rsidRPr="00CE66BB" w:rsidRDefault="00484F66">
      <w:pPr>
        <w:rPr>
          <w:rFonts w:ascii="Poppins" w:hAnsi="Poppins" w:cs="Poppins"/>
        </w:rPr>
      </w:pPr>
      <w:r>
        <w:rPr>
          <w:rFonts w:ascii="Poppins" w:hAnsi="Poppins" w:cs="Poppins"/>
        </w:rPr>
        <w:t xml:space="preserve">Personal </w:t>
      </w:r>
      <w:r w:rsidR="00E34447" w:rsidRPr="00CE66BB">
        <w:rPr>
          <w:rFonts w:ascii="Poppins" w:hAnsi="Poppins" w:cs="Poppins"/>
        </w:rPr>
        <w:t xml:space="preserve">Reference </w:t>
      </w:r>
      <w:r w:rsidR="00E34447" w:rsidRPr="00CE66BB">
        <w:rPr>
          <w:rFonts w:ascii="Poppins" w:hAnsi="Poppins" w:cs="Poppins"/>
        </w:rPr>
        <w:t>Name:</w:t>
      </w:r>
    </w:p>
    <w:p w14:paraId="15C328B5" w14:textId="5D25A629" w:rsidR="000C1567" w:rsidRPr="00CE66BB" w:rsidRDefault="00E34447">
      <w:pPr>
        <w:rPr>
          <w:rFonts w:ascii="Poppins" w:hAnsi="Poppins" w:cs="Poppins"/>
        </w:rPr>
      </w:pPr>
      <w:r w:rsidRPr="00CE66BB">
        <w:rPr>
          <w:rFonts w:ascii="Poppins" w:hAnsi="Poppins" w:cs="Poppins"/>
        </w:rPr>
        <w:t>_______________________________________________________________</w:t>
      </w:r>
      <w:r w:rsidR="00484F66" w:rsidRPr="00CE66BB">
        <w:rPr>
          <w:rFonts w:ascii="Poppins" w:hAnsi="Poppins" w:cs="Poppins"/>
        </w:rPr>
        <w:t>_______________________________________________________________</w:t>
      </w:r>
    </w:p>
    <w:p w14:paraId="7AFD6CAF" w14:textId="02339E8D" w:rsidR="000C1567" w:rsidRPr="00CE66BB" w:rsidRDefault="00484F66">
      <w:pPr>
        <w:rPr>
          <w:rFonts w:ascii="Poppins" w:hAnsi="Poppins" w:cs="Poppins"/>
        </w:rPr>
      </w:pPr>
      <w:r>
        <w:rPr>
          <w:rFonts w:ascii="Poppins" w:hAnsi="Poppins" w:cs="Poppins"/>
        </w:rPr>
        <w:t xml:space="preserve">Personal </w:t>
      </w:r>
      <w:r w:rsidR="00E34447" w:rsidRPr="00CE66BB">
        <w:rPr>
          <w:rFonts w:ascii="Poppins" w:hAnsi="Poppins" w:cs="Poppins"/>
        </w:rPr>
        <w:t xml:space="preserve">Reference </w:t>
      </w:r>
      <w:r w:rsidR="00E34447" w:rsidRPr="00CE66BB">
        <w:rPr>
          <w:rFonts w:ascii="Poppins" w:hAnsi="Poppins" w:cs="Poppins"/>
        </w:rPr>
        <w:t>Contact Details:</w:t>
      </w:r>
    </w:p>
    <w:p w14:paraId="09371DCD" w14:textId="07B9C8B3" w:rsidR="000C1567" w:rsidRPr="00CE66BB" w:rsidRDefault="00E34447">
      <w:pPr>
        <w:rPr>
          <w:rFonts w:ascii="Poppins" w:hAnsi="Poppins" w:cs="Poppins"/>
        </w:rPr>
      </w:pPr>
      <w:r w:rsidRPr="00CE66BB">
        <w:rPr>
          <w:rFonts w:ascii="Poppins" w:hAnsi="Poppins" w:cs="Poppins"/>
        </w:rPr>
        <w:t>__________________________________________________________________________________________</w:t>
      </w:r>
    </w:p>
    <w:p w14:paraId="227EFADF" w14:textId="77777777" w:rsidR="000C1567" w:rsidRPr="00CE66BB" w:rsidRDefault="00E34447">
      <w:pPr>
        <w:pStyle w:val="Heading1"/>
        <w:rPr>
          <w:rFonts w:ascii="Poppins" w:hAnsi="Poppins" w:cs="Poppins"/>
        </w:rPr>
      </w:pPr>
      <w:r w:rsidRPr="00CE66BB">
        <w:rPr>
          <w:rFonts w:ascii="Poppins" w:hAnsi="Poppins" w:cs="Poppins"/>
        </w:rPr>
        <w:t>Declaration</w:t>
      </w:r>
    </w:p>
    <w:p w14:paraId="1A492AA7" w14:textId="77777777" w:rsidR="00722A79" w:rsidRDefault="00341343">
      <w:pPr>
        <w:rPr>
          <w:rFonts w:ascii="Poppins" w:hAnsi="Poppins" w:cs="Poppins"/>
        </w:rPr>
      </w:pPr>
      <w:r>
        <w:rPr>
          <w:rFonts w:ascii="Poppins" w:hAnsi="Poppins" w:cs="Poppins"/>
        </w:rPr>
        <w:t xml:space="preserve">I confirm that </w:t>
      </w:r>
      <w:r w:rsidR="00A11F7C">
        <w:rPr>
          <w:rFonts w:ascii="Poppins" w:hAnsi="Poppins" w:cs="Poppins"/>
        </w:rPr>
        <w:t>I have the right to work in the UK</w:t>
      </w:r>
      <w:r w:rsidR="00722A79">
        <w:rPr>
          <w:rFonts w:ascii="Poppins" w:hAnsi="Poppins" w:cs="Poppins"/>
        </w:rPr>
        <w:t>.</w:t>
      </w:r>
    </w:p>
    <w:p w14:paraId="7C6AF5BB" w14:textId="0692F276" w:rsidR="000C1567" w:rsidRDefault="00722A79">
      <w:pPr>
        <w:rPr>
          <w:rFonts w:ascii="Poppins" w:hAnsi="Poppins" w:cs="Poppins"/>
        </w:rPr>
      </w:pPr>
      <w:r>
        <w:rPr>
          <w:rFonts w:ascii="Poppins" w:hAnsi="Poppins" w:cs="Poppins"/>
        </w:rPr>
        <w:t>I confirm that</w:t>
      </w:r>
      <w:r w:rsidR="00A11F7C">
        <w:rPr>
          <w:rFonts w:ascii="Poppins" w:hAnsi="Poppins" w:cs="Poppins"/>
        </w:rPr>
        <w:t xml:space="preserve"> </w:t>
      </w:r>
      <w:r w:rsidR="00050197">
        <w:rPr>
          <w:rFonts w:ascii="Poppins" w:hAnsi="Poppins" w:cs="Poppins"/>
        </w:rPr>
        <w:t>all information provided in this application form is true and complete</w:t>
      </w:r>
      <w:r>
        <w:rPr>
          <w:rFonts w:ascii="Poppins" w:hAnsi="Poppins" w:cs="Poppins"/>
        </w:rPr>
        <w:t>.</w:t>
      </w:r>
    </w:p>
    <w:p w14:paraId="28F67D75" w14:textId="77777777" w:rsidR="00722A79" w:rsidRPr="00CE66BB" w:rsidRDefault="00722A79">
      <w:pPr>
        <w:rPr>
          <w:rFonts w:ascii="Poppins" w:hAnsi="Poppins" w:cs="Poppins"/>
        </w:rPr>
      </w:pPr>
    </w:p>
    <w:p w14:paraId="2E61F408" w14:textId="3086F0F2" w:rsidR="000C1567" w:rsidRDefault="00050197">
      <w:pPr>
        <w:rPr>
          <w:rFonts w:ascii="Poppins" w:hAnsi="Poppins" w:cs="Poppins"/>
        </w:rPr>
      </w:pPr>
      <w:r>
        <w:rPr>
          <w:rFonts w:ascii="Poppins" w:hAnsi="Poppins" w:cs="Poppins"/>
        </w:rPr>
        <w:t xml:space="preserve">Print name </w:t>
      </w:r>
      <w:r w:rsidR="00E34447" w:rsidRPr="00CE66BB">
        <w:rPr>
          <w:rFonts w:ascii="Poppins" w:hAnsi="Poppins" w:cs="Poppins"/>
        </w:rPr>
        <w:t>____________________</w:t>
      </w:r>
      <w:r w:rsidR="00E34447" w:rsidRPr="00CE66BB">
        <w:rPr>
          <w:rFonts w:ascii="Poppins" w:hAnsi="Poppins" w:cs="Poppins"/>
        </w:rPr>
        <w:t>__</w:t>
      </w:r>
      <w:r>
        <w:rPr>
          <w:rFonts w:ascii="Poppins" w:hAnsi="Poppins" w:cs="Poppins"/>
        </w:rPr>
        <w:t xml:space="preserve">_____ </w:t>
      </w:r>
      <w:r>
        <w:rPr>
          <w:rFonts w:ascii="Poppins" w:hAnsi="Poppins" w:cs="Poppins"/>
        </w:rPr>
        <w:tab/>
        <w:t xml:space="preserve">          Date __________________</w:t>
      </w:r>
    </w:p>
    <w:p w14:paraId="3B602279" w14:textId="5B226770" w:rsidR="000C1567" w:rsidRPr="00CE66BB" w:rsidRDefault="000C1567">
      <w:pPr>
        <w:rPr>
          <w:rFonts w:ascii="Poppins" w:hAnsi="Poppins" w:cs="Poppins"/>
        </w:rPr>
      </w:pPr>
    </w:p>
    <w:sectPr w:rsidR="000C1567" w:rsidRPr="00CE66BB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D53AF0" w14:textId="77777777" w:rsidR="00E34447" w:rsidRDefault="00E34447" w:rsidP="00CE66BB">
      <w:pPr>
        <w:spacing w:after="0" w:line="240" w:lineRule="auto"/>
      </w:pPr>
      <w:r>
        <w:separator/>
      </w:r>
    </w:p>
  </w:endnote>
  <w:endnote w:type="continuationSeparator" w:id="0">
    <w:p w14:paraId="43079A89" w14:textId="77777777" w:rsidR="00E34447" w:rsidRDefault="00E34447" w:rsidP="00CE6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713CDC" w14:textId="77777777" w:rsidR="00E34447" w:rsidRDefault="00E34447" w:rsidP="00CE66BB">
      <w:pPr>
        <w:spacing w:after="0" w:line="240" w:lineRule="auto"/>
      </w:pPr>
      <w:r>
        <w:separator/>
      </w:r>
    </w:p>
  </w:footnote>
  <w:footnote w:type="continuationSeparator" w:id="0">
    <w:p w14:paraId="51DBEF21" w14:textId="77777777" w:rsidR="00E34447" w:rsidRDefault="00E34447" w:rsidP="00CE6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F4AFA4" w14:textId="551597B5" w:rsidR="00CE66BB" w:rsidRDefault="00CE66BB" w:rsidP="00CE66BB">
    <w:pPr>
      <w:pStyle w:val="Header"/>
      <w:jc w:val="right"/>
    </w:pPr>
    <w:r>
      <w:rPr>
        <w:noProof/>
      </w:rPr>
      <w:drawing>
        <wp:inline distT="0" distB="0" distL="0" distR="0" wp14:anchorId="3869D305" wp14:editId="09F37C08">
          <wp:extent cx="891822" cy="897130"/>
          <wp:effectExtent l="0" t="0" r="0" b="5080"/>
          <wp:docPr id="17604906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490678" name="Picture 176049067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4702" cy="900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5321008">
    <w:abstractNumId w:val="8"/>
  </w:num>
  <w:num w:numId="2" w16cid:durableId="616136050">
    <w:abstractNumId w:val="6"/>
  </w:num>
  <w:num w:numId="3" w16cid:durableId="792601541">
    <w:abstractNumId w:val="5"/>
  </w:num>
  <w:num w:numId="4" w16cid:durableId="1876961692">
    <w:abstractNumId w:val="4"/>
  </w:num>
  <w:num w:numId="5" w16cid:durableId="123624530">
    <w:abstractNumId w:val="7"/>
  </w:num>
  <w:num w:numId="6" w16cid:durableId="1372994585">
    <w:abstractNumId w:val="3"/>
  </w:num>
  <w:num w:numId="7" w16cid:durableId="1615598608">
    <w:abstractNumId w:val="2"/>
  </w:num>
  <w:num w:numId="8" w16cid:durableId="2126149272">
    <w:abstractNumId w:val="1"/>
  </w:num>
  <w:num w:numId="9" w16cid:durableId="190166978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0197"/>
    <w:rsid w:val="0006063C"/>
    <w:rsid w:val="000C1567"/>
    <w:rsid w:val="0015074B"/>
    <w:rsid w:val="00266C33"/>
    <w:rsid w:val="0029639D"/>
    <w:rsid w:val="002D3195"/>
    <w:rsid w:val="003217BC"/>
    <w:rsid w:val="00326F90"/>
    <w:rsid w:val="00341343"/>
    <w:rsid w:val="003572A6"/>
    <w:rsid w:val="003E535E"/>
    <w:rsid w:val="00484F66"/>
    <w:rsid w:val="00722A79"/>
    <w:rsid w:val="00730489"/>
    <w:rsid w:val="00A11F7C"/>
    <w:rsid w:val="00A87BA4"/>
    <w:rsid w:val="00AA1D8D"/>
    <w:rsid w:val="00B47730"/>
    <w:rsid w:val="00CB0664"/>
    <w:rsid w:val="00CB672C"/>
    <w:rsid w:val="00CE66BB"/>
    <w:rsid w:val="00D868A0"/>
    <w:rsid w:val="00E3444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B8297B60-6D72-8A49-A6F7-22A2426FE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6605F3CA3BB4459F86DED55C9D6478" ma:contentTypeVersion="17" ma:contentTypeDescription="Create a new document." ma:contentTypeScope="" ma:versionID="e631bb0c94462db8fc7f98f58ba91ec0">
  <xsd:schema xmlns:xsd="http://www.w3.org/2001/XMLSchema" xmlns:xs="http://www.w3.org/2001/XMLSchema" xmlns:p="http://schemas.microsoft.com/office/2006/metadata/properties" xmlns:ns2="27c960cc-92bd-4c9c-8bc9-ba4a7912ec60" xmlns:ns3="075bd973-bc5c-4203-a208-5b8554fc69a1" targetNamespace="http://schemas.microsoft.com/office/2006/metadata/properties" ma:root="true" ma:fieldsID="9b62ae4f999ca3578458335bf5eb655f" ns2:_="" ns3:_="">
    <xsd:import namespace="27c960cc-92bd-4c9c-8bc9-ba4a7912ec60"/>
    <xsd:import namespace="075bd973-bc5c-4203-a208-5b8554fc69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960cc-92bd-4c9c-8bc9-ba4a7912e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4978824-762e-48c8-afb5-56c5bc113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bd973-bc5c-4203-a208-5b8554fc69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7b0a85e-e215-48d9-b484-950a632672df}" ma:internalName="TaxCatchAll" ma:showField="CatchAllData" ma:web="075bd973-bc5c-4203-a208-5b8554fc69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5bd973-bc5c-4203-a208-5b8554fc69a1" xsi:nil="true"/>
    <lcf76f155ced4ddcb4097134ff3c332f xmlns="27c960cc-92bd-4c9c-8bc9-ba4a7912ec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3C5D25-C325-48C3-AFBE-88EBD664A18C}"/>
</file>

<file path=customXml/itemProps3.xml><?xml version="1.0" encoding="utf-8"?>
<ds:datastoreItem xmlns:ds="http://schemas.openxmlformats.org/officeDocument/2006/customXml" ds:itemID="{793E7774-18DE-4BCF-8122-DFA6240568CE}"/>
</file>

<file path=customXml/itemProps4.xml><?xml version="1.0" encoding="utf-8"?>
<ds:datastoreItem xmlns:ds="http://schemas.openxmlformats.org/officeDocument/2006/customXml" ds:itemID="{1C6CFE12-227B-41CA-AB1C-3294F06B6F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604</Words>
  <Characters>3046</Characters>
  <Application>Microsoft Office Word</Application>
  <DocSecurity>0</DocSecurity>
  <Lines>67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Pearson</dc:creator>
  <cp:keywords/>
  <dc:description>generated by python-docx</dc:description>
  <cp:lastModifiedBy>Josh pearson</cp:lastModifiedBy>
  <cp:revision>2</cp:revision>
  <dcterms:created xsi:type="dcterms:W3CDTF">2026-08-05T10:25:00Z</dcterms:created>
  <dcterms:modified xsi:type="dcterms:W3CDTF">2026-08-05T10:25:00Z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0x010100136605F3CA3BB4459F86DED55C9D6478</vt:lpwstr>
  </property>
</Properties>
</file>